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894CF" w14:textId="77777777" w:rsidR="00FC0811" w:rsidRPr="0068168A" w:rsidRDefault="00000000">
      <w:pPr>
        <w:jc w:val="center"/>
        <w:rPr>
          <w:lang w:val="pt-BR"/>
        </w:rPr>
      </w:pPr>
      <w:r w:rsidRPr="0068168A">
        <w:rPr>
          <w:b/>
          <w:sz w:val="26"/>
          <w:lang w:val="pt-BR"/>
        </w:rPr>
        <w:t>EDITORA NEVE PRETA</w:t>
      </w:r>
    </w:p>
    <w:p w14:paraId="30019F5E" w14:textId="77777777" w:rsidR="00FC0811" w:rsidRPr="0068168A" w:rsidRDefault="00000000">
      <w:pPr>
        <w:pStyle w:val="Ttulo"/>
        <w:jc w:val="center"/>
        <w:rPr>
          <w:lang w:val="pt-BR"/>
        </w:rPr>
      </w:pPr>
      <w:r w:rsidRPr="0068168A">
        <w:rPr>
          <w:lang w:val="pt-BR"/>
        </w:rPr>
        <w:t>FORMULÁRIO DE APRESENTAÇÃO DE ORIGINAIS</w:t>
      </w:r>
    </w:p>
    <w:p w14:paraId="494BAEA4" w14:textId="77777777" w:rsidR="00FC0811" w:rsidRPr="0068168A" w:rsidRDefault="00000000">
      <w:pPr>
        <w:jc w:val="center"/>
        <w:rPr>
          <w:lang w:val="pt-BR"/>
        </w:rPr>
      </w:pPr>
      <w:r w:rsidRPr="0068168A">
        <w:rPr>
          <w:i/>
          <w:lang w:val="pt-BR"/>
        </w:rPr>
        <w:t>Documento obrigatório para submissão e triagem editorial inicial</w:t>
      </w:r>
    </w:p>
    <w:p w14:paraId="7777AD14" w14:textId="77777777" w:rsidR="00FC0811" w:rsidRPr="0068168A" w:rsidRDefault="00FC0811">
      <w:pPr>
        <w:pBdr>
          <w:bottom w:val="single" w:sz="12" w:space="2" w:color="000000"/>
        </w:pBdr>
        <w:rPr>
          <w:lang w:val="pt-BR"/>
        </w:rPr>
      </w:pPr>
    </w:p>
    <w:p w14:paraId="4537E0DC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FINALIDADE</w:t>
      </w:r>
    </w:p>
    <w:p w14:paraId="0BBA36DC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Este formulário tem como objetivo apoiar a triagem editorial inicial da Editora Neve Preta. As respostas ajudam a compreender a natureza da obra, sua estrutura narrativa, seu público potencial, seu estágio editorial e seu possível alinhamento com o catálogo da editora.</w:t>
      </w:r>
    </w:p>
    <w:p w14:paraId="01D74EB9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O preenchimento deste formulário não garante leitura integral, avaliação crítica detalhada ou publicação. Nesta etapa, buscamos clareza, objetividade e compreensão editorial do projeto. Não é necessário vender a obra com linguagem promocional.</w:t>
      </w:r>
    </w:p>
    <w:p w14:paraId="3BF3B68C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ORIENTAÇÕES GERAIS DE SUBMISSÃO</w:t>
      </w:r>
    </w:p>
    <w:p w14:paraId="0FAEDA3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Preencha um formulário para cada original. Obras diferentes exigem formulários separados.</w:t>
      </w:r>
    </w:p>
    <w:p w14:paraId="41F5AFFE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Editora Neve Preta analisa um original por vez. Não envie múltiplas obras na mesma submissão.</w:t>
      </w:r>
    </w:p>
    <w:p w14:paraId="096D7878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Caso deseje apresentar mais de uma obra, aguarde a devolutiva sobre o primeiro original antes de realizar nova submissão.</w:t>
      </w:r>
    </w:p>
    <w:p w14:paraId="47B35B3A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Responda de forma objetiva e direta. Evite frases genéricas, autopromoção ou excesso de abstração.</w:t>
      </w:r>
    </w:p>
    <w:p w14:paraId="46BF8C6C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O limite recomendado para as respostas dissertativas, somadas, é de até 2 páginas. Os campos cadastrais não entram nesse limite.</w:t>
      </w:r>
    </w:p>
    <w:p w14:paraId="3D7AE898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O original deve acompanhar este formulário, salvo orientação diferente da editora.</w:t>
      </w:r>
    </w:p>
    <w:p w14:paraId="2F39F57F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ausência de informações essenciais, ou o envio de múltiplas obras simultaneamente, pode impedir a análise editorial.</w:t>
      </w:r>
    </w:p>
    <w:p w14:paraId="5D8BE0A7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triagem poderá considerar apenas parte do material enviado antes de a editora decidir se seguirá para leitura mais ampla.</w:t>
      </w:r>
    </w:p>
    <w:p w14:paraId="5A364680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submissão não representa vínculo contratual nem compromisso de publicação por parte da editora.</w:t>
      </w:r>
    </w:p>
    <w:p w14:paraId="6F3B828D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1. DADOS DO AUTOR</w:t>
      </w:r>
    </w:p>
    <w:p w14:paraId="590C4432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Nome completo:</w:t>
      </w:r>
      <w:r w:rsidRPr="0068168A">
        <w:rPr>
          <w:lang w:val="pt-BR"/>
        </w:rPr>
        <w:t xml:space="preserve"> ______________________________________________________________________</w:t>
      </w:r>
    </w:p>
    <w:p w14:paraId="46A11E6F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Nome literário, se houver:</w:t>
      </w:r>
      <w:r w:rsidRPr="0068168A">
        <w:rPr>
          <w:lang w:val="pt-BR"/>
        </w:rPr>
        <w:t xml:space="preserve"> ______________________________________________________________________</w:t>
      </w:r>
    </w:p>
    <w:p w14:paraId="2E197439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E-mail:</w:t>
      </w:r>
      <w:r w:rsidRPr="0068168A">
        <w:rPr>
          <w:lang w:val="pt-BR"/>
        </w:rPr>
        <w:t xml:space="preserve"> ______________________________________________________________________</w:t>
      </w:r>
    </w:p>
    <w:p w14:paraId="218C77C4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Telefone/WhatsApp:</w:t>
      </w:r>
      <w:r w:rsidRPr="0068168A">
        <w:rPr>
          <w:lang w:val="pt-BR"/>
        </w:rPr>
        <w:t xml:space="preserve"> ______________________________________________________________________</w:t>
      </w:r>
    </w:p>
    <w:p w14:paraId="24DB5181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Cidade/Estado:</w:t>
      </w:r>
      <w:r w:rsidRPr="0068168A">
        <w:rPr>
          <w:lang w:val="pt-BR"/>
        </w:rPr>
        <w:t xml:space="preserve"> ______________________________________________________________________</w:t>
      </w:r>
    </w:p>
    <w:p w14:paraId="0CD2774A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Redes sociais ou site, se houver:</w:t>
      </w:r>
      <w:r w:rsidRPr="0068168A">
        <w:rPr>
          <w:lang w:val="pt-BR"/>
        </w:rPr>
        <w:t xml:space="preserve"> ______________________________________________________________________</w:t>
      </w:r>
    </w:p>
    <w:p w14:paraId="013718EB" w14:textId="77777777" w:rsidR="00FC0811" w:rsidRDefault="00000000">
      <w:pPr>
        <w:pStyle w:val="Field"/>
      </w:pPr>
      <w:proofErr w:type="spellStart"/>
      <w:r>
        <w:rPr>
          <w:b/>
        </w:rPr>
        <w:t>Já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publicou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anteriormente</w:t>
      </w:r>
      <w:proofErr w:type="spellEnd"/>
      <w:r>
        <w:rPr>
          <w:b/>
        </w:rPr>
        <w:t>?</w:t>
      </w:r>
      <w:r>
        <w:t xml:space="preserve"> 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701206C8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9C3AA57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26AA39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</w:t>
            </w:r>
          </w:p>
        </w:tc>
      </w:tr>
    </w:tbl>
    <w:p w14:paraId="7E9B1253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Se sim, informe título, ano, editora, plataforma ou forma de publicação:</w:t>
      </w:r>
    </w:p>
    <w:p w14:paraId="1E1AFB1B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lang w:val="pt-BR"/>
        </w:rPr>
        <w:t>____________________________________________________________________________________________________</w:t>
      </w:r>
    </w:p>
    <w:p w14:paraId="0C200584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lang w:val="pt-BR"/>
        </w:rPr>
        <w:lastRenderedPageBreak/>
        <w:t>____________________________________________________________________________________________________</w:t>
      </w:r>
    </w:p>
    <w:p w14:paraId="4380501A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2. DADOS GERAIS DO ORIGINAL</w:t>
      </w:r>
    </w:p>
    <w:p w14:paraId="2C8DC34C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Título da obra:</w:t>
      </w:r>
      <w:r w:rsidRPr="0068168A">
        <w:rPr>
          <w:lang w:val="pt-BR"/>
        </w:rPr>
        <w:t xml:space="preserve"> ______________________________________________________________________</w:t>
      </w:r>
    </w:p>
    <w:p w14:paraId="558A09E2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Subtítulo, se houver:</w:t>
      </w:r>
      <w:r w:rsidRPr="0068168A">
        <w:rPr>
          <w:lang w:val="pt-BR"/>
        </w:rPr>
        <w:t xml:space="preserve"> ______________________________________________________________________</w:t>
      </w:r>
    </w:p>
    <w:p w14:paraId="2BAA03B0" w14:textId="77777777" w:rsidR="00FC0811" w:rsidRPr="0068168A" w:rsidRDefault="00000000">
      <w:pPr>
        <w:pStyle w:val="Ttulo2"/>
        <w:rPr>
          <w:lang w:val="pt-BR"/>
        </w:rPr>
      </w:pPr>
      <w:r w:rsidRPr="0068168A">
        <w:rPr>
          <w:lang w:val="pt-BR"/>
        </w:rPr>
        <w:t>2.1 Formato da obra</w:t>
      </w:r>
    </w:p>
    <w:p w14:paraId="345C2F96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Marque a opção que melhor descreve a estrutura do original.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2E0C7DAA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F9A4D4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Romance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D92A68E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Novela</w:t>
            </w:r>
          </w:p>
        </w:tc>
      </w:tr>
      <w:tr w:rsidR="00FC0811" w14:paraId="47398125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03DA1C6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Noveleta ou conto longo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773F98D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Antologia de contos</w:t>
            </w:r>
          </w:p>
        </w:tc>
      </w:tr>
      <w:tr w:rsidR="00FC0811" w14:paraId="27005A25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41C4A0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Coletânea de textos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C4FA88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Livro de contos conectados</w:t>
            </w:r>
          </w:p>
        </w:tc>
      </w:tr>
      <w:tr w:rsidR="00FC0811" w14:paraId="62471D06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38F0BE4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Outro: ________________________________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1C80A7D" w14:textId="77777777" w:rsidR="00FC0811" w:rsidRDefault="00FC0811">
            <w:pPr>
              <w:spacing w:after="40"/>
            </w:pPr>
          </w:p>
        </w:tc>
      </w:tr>
    </w:tbl>
    <w:p w14:paraId="5D31512F" w14:textId="77777777" w:rsidR="00FC0811" w:rsidRDefault="00000000">
      <w:pPr>
        <w:pStyle w:val="Ttulo2"/>
      </w:pPr>
      <w:r>
        <w:t>2.2 Gênero principal</w:t>
      </w:r>
    </w:p>
    <w:p w14:paraId="4804686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Marque o gênero predominante. Se houver mais de um, escolha o principal e detalhe no campo seguinte.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778DA212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C25A8E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proofErr w:type="spellStart"/>
            <w:r>
              <w:t>Ficção</w:t>
            </w:r>
            <w:proofErr w:type="spellEnd"/>
            <w:r>
              <w:t xml:space="preserve"> </w:t>
            </w:r>
            <w:proofErr w:type="spellStart"/>
            <w:r>
              <w:t>literária</w:t>
            </w:r>
            <w:proofErr w:type="spellEnd"/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7BCCB6CC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Suspense</w:t>
            </w:r>
          </w:p>
        </w:tc>
      </w:tr>
      <w:tr w:rsidR="00FC0811" w14:paraId="6B45F065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F8F976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Thriller psicológico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12AF5469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Drama psicológico</w:t>
            </w:r>
          </w:p>
        </w:tc>
      </w:tr>
      <w:tr w:rsidR="00FC0811" w14:paraId="471D9CEF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752451FE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Policial ou crime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D6A6E7E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Terror</w:t>
            </w:r>
          </w:p>
        </w:tc>
      </w:tr>
      <w:tr w:rsidR="00FC0811" w14:paraId="1EA4E3B5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61A4966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Romance adulto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97EC05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Distopia</w:t>
            </w:r>
          </w:p>
        </w:tc>
      </w:tr>
      <w:tr w:rsidR="00FC0811" w14:paraId="6E3AC5F2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6C04908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Ficção especulativa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9BE8D2E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Outro: ________________________________</w:t>
            </w:r>
          </w:p>
        </w:tc>
      </w:tr>
    </w:tbl>
    <w:p w14:paraId="5FC8C382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Subgênero ou complemento, se necessário:</w:t>
      </w:r>
      <w:r w:rsidRPr="0068168A">
        <w:rPr>
          <w:lang w:val="pt-BR"/>
        </w:rPr>
        <w:t xml:space="preserve"> ______________________________________________________________________</w:t>
      </w:r>
    </w:p>
    <w:p w14:paraId="34012FF7" w14:textId="77777777" w:rsidR="00FC0811" w:rsidRPr="0068168A" w:rsidRDefault="00000000">
      <w:pPr>
        <w:pStyle w:val="Ttulo2"/>
        <w:rPr>
          <w:lang w:val="pt-BR"/>
        </w:rPr>
      </w:pPr>
      <w:r w:rsidRPr="0068168A">
        <w:rPr>
          <w:lang w:val="pt-BR"/>
        </w:rPr>
        <w:t>2.3 Público e classificação</w:t>
      </w:r>
    </w:p>
    <w:p w14:paraId="2C99D320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Público-alvo principal:</w:t>
      </w:r>
      <w:r w:rsidRPr="0068168A">
        <w:rPr>
          <w:lang w:val="pt-BR"/>
        </w:rPr>
        <w:t xml:space="preserve"> ______________________________________________________________________</w:t>
      </w:r>
    </w:p>
    <w:p w14:paraId="2445358A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Evite respostas como todos os públicos. Indique o perfil real de leitor da obra.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5821D3E0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E23AA7B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proofErr w:type="spellStart"/>
            <w:r>
              <w:t>Adulto</w:t>
            </w:r>
            <w:proofErr w:type="spellEnd"/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94FDEC5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+18</w:t>
            </w:r>
          </w:p>
        </w:tc>
      </w:tr>
      <w:tr w:rsidR="00FC0811" w14:paraId="73BD809A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4CA2DF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New adult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7B5129CC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Jovem adulto</w:t>
            </w:r>
          </w:p>
        </w:tc>
      </w:tr>
      <w:tr w:rsidR="00FC0811" w:rsidRPr="0068168A" w14:paraId="3C473311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7FB79C6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Leitor de ficção literária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157B7514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>Leitor de suspense ou thriller</w:t>
            </w:r>
          </w:p>
        </w:tc>
      </w:tr>
      <w:tr w:rsidR="00FC0811" w14:paraId="13E8DC7D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127EF2DD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proofErr w:type="spellStart"/>
            <w:r>
              <w:t>Leitor</w:t>
            </w:r>
            <w:proofErr w:type="spellEnd"/>
            <w:r>
              <w:t xml:space="preserve"> de drama psicológico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B37BA0A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Outro: ________________________________</w:t>
            </w:r>
          </w:p>
        </w:tc>
      </w:tr>
    </w:tbl>
    <w:p w14:paraId="675F6C7E" w14:textId="77777777" w:rsidR="00FC0811" w:rsidRDefault="00000000">
      <w:pPr>
        <w:pStyle w:val="Field"/>
      </w:pPr>
      <w:r>
        <w:rPr>
          <w:b/>
        </w:rPr>
        <w:t>Há conteúdo sensível relevante?</w:t>
      </w:r>
      <w:r>
        <w:t xml:space="preserve"> 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6E31F9AE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2D209BF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Violência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ECCB469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Sexo explícito</w:t>
            </w:r>
          </w:p>
        </w:tc>
      </w:tr>
      <w:tr w:rsidR="00FC0811" w14:paraId="55FC7C74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0E448ABD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Abuso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768B385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Suicídio ou automutilação</w:t>
            </w:r>
          </w:p>
        </w:tc>
      </w:tr>
      <w:tr w:rsidR="00FC0811" w14:paraId="3738B3C2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23F3FE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Uso de drogas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F82C7D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Luto intenso</w:t>
            </w:r>
          </w:p>
        </w:tc>
      </w:tr>
      <w:tr w:rsidR="00FC0811" w14:paraId="1743B27C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1554E59B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Discriminação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74F933C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Outro: ________________________________</w:t>
            </w:r>
          </w:p>
        </w:tc>
      </w:tr>
      <w:tr w:rsidR="00FC0811" w:rsidRPr="0068168A" w14:paraId="0D31B2E6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1B22EF3A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>Não há conteúdo sensível relevante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640560B" w14:textId="77777777" w:rsidR="00FC0811" w:rsidRPr="0068168A" w:rsidRDefault="00FC0811">
            <w:pPr>
              <w:spacing w:after="40"/>
              <w:rPr>
                <w:lang w:val="pt-BR"/>
              </w:rPr>
            </w:pPr>
          </w:p>
        </w:tc>
      </w:tr>
    </w:tbl>
    <w:p w14:paraId="46A8DF4C" w14:textId="77777777" w:rsidR="00FC0811" w:rsidRPr="0068168A" w:rsidRDefault="00000000">
      <w:pPr>
        <w:pStyle w:val="Ttulo2"/>
        <w:rPr>
          <w:lang w:val="pt-BR"/>
        </w:rPr>
      </w:pPr>
      <w:r w:rsidRPr="0068168A">
        <w:rPr>
          <w:lang w:val="pt-BR"/>
        </w:rPr>
        <w:t>2.4 Tom da obra</w:t>
      </w:r>
    </w:p>
    <w:p w14:paraId="578B33DC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Escolha até três palavras-chave que definem o tom predominante da obra.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24"/>
        <w:gridCol w:w="3776"/>
        <w:gridCol w:w="3316"/>
      </w:tblGrid>
      <w:tr w:rsidR="00FC0811" w14:paraId="5644DB98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1251632E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proofErr w:type="spellStart"/>
            <w:r>
              <w:t>Sombrio</w:t>
            </w:r>
            <w:proofErr w:type="spellEnd"/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57569089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Melancólico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2EF3B3C8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Tenso</w:t>
            </w:r>
          </w:p>
        </w:tc>
      </w:tr>
      <w:tr w:rsidR="00FC0811" w14:paraId="530386B6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2AA92B30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lastRenderedPageBreak/>
              <w:t xml:space="preserve">☐ </w:t>
            </w:r>
            <w:r>
              <w:t>Íntimo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36EAA987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Psicológico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637678C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Cru</w:t>
            </w:r>
          </w:p>
        </w:tc>
      </w:tr>
      <w:tr w:rsidR="00FC0811" w14:paraId="6F2AD7A2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4953E4F5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Contemplativo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328379F9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Irônico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78EB1FAB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Perturbador</w:t>
            </w:r>
          </w:p>
        </w:tc>
      </w:tr>
      <w:tr w:rsidR="00FC0811" w14:paraId="673DC6FD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599F4D1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Sensual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4F5CA90B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Violento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30CDEE5A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Elegante</w:t>
            </w:r>
          </w:p>
        </w:tc>
      </w:tr>
      <w:tr w:rsidR="00FC0811" w14:paraId="0A352865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4807BF0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Fragmentado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6C37AD87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Outro: ________________________________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2F091346" w14:textId="77777777" w:rsidR="00FC0811" w:rsidRDefault="00FC0811">
            <w:pPr>
              <w:spacing w:after="40"/>
            </w:pPr>
          </w:p>
        </w:tc>
      </w:tr>
    </w:tbl>
    <w:p w14:paraId="345B5481" w14:textId="77777777" w:rsidR="00FC0811" w:rsidRDefault="00000000">
      <w:pPr>
        <w:pStyle w:val="Field"/>
      </w:pPr>
      <w:r>
        <w:rPr>
          <w:b/>
        </w:rPr>
        <w:t>Três palavras-chave escolhidas:</w:t>
      </w:r>
      <w:r>
        <w:t xml:space="preserve"> ______________________________________________________________________</w:t>
      </w:r>
    </w:p>
    <w:p w14:paraId="2EC599FA" w14:textId="77777777" w:rsidR="00FC0811" w:rsidRDefault="00000000">
      <w:pPr>
        <w:pStyle w:val="Ttulo2"/>
      </w:pPr>
      <w:r>
        <w:t>2.5 Extensão e estágio do original</w:t>
      </w:r>
    </w:p>
    <w:p w14:paraId="6DB0DFBD" w14:textId="77777777" w:rsidR="00FC0811" w:rsidRDefault="00000000">
      <w:pPr>
        <w:pStyle w:val="Field"/>
      </w:pPr>
      <w:r>
        <w:rPr>
          <w:b/>
        </w:rPr>
        <w:t>Contagem de palavras, obrigatória:</w:t>
      </w:r>
      <w:r>
        <w:t xml:space="preserve"> ______________________________________________________________________</w:t>
      </w:r>
    </w:p>
    <w:p w14:paraId="35844049" w14:textId="77777777" w:rsidR="00FC0811" w:rsidRDefault="00000000">
      <w:pPr>
        <w:pStyle w:val="Field"/>
      </w:pPr>
      <w:r>
        <w:rPr>
          <w:b/>
        </w:rPr>
        <w:t>Número aproximado de páginas, opcional:</w:t>
      </w:r>
      <w:r>
        <w:t xml:space="preserve"> ______________________________________________________________________</w:t>
      </w:r>
    </w:p>
    <w:p w14:paraId="2DA2F647" w14:textId="77777777" w:rsidR="00FC0811" w:rsidRDefault="00000000">
      <w:pPr>
        <w:pStyle w:val="Field"/>
      </w:pPr>
      <w:r>
        <w:rPr>
          <w:b/>
        </w:rPr>
        <w:t>Data da versão enviada:</w:t>
      </w:r>
      <w:r>
        <w:t xml:space="preserve"> ______________________________________________________________________</w:t>
      </w:r>
    </w:p>
    <w:p w14:paraId="5FCEDFC0" w14:textId="77777777" w:rsidR="00FC0811" w:rsidRDefault="00000000">
      <w:pPr>
        <w:pStyle w:val="Field"/>
      </w:pPr>
      <w:r>
        <w:rPr>
          <w:b/>
        </w:rPr>
        <w:t>A obra está finalizada?</w:t>
      </w:r>
      <w:r>
        <w:t xml:space="preserve"> 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FC0811" w14:paraId="713CB038" w14:textId="77777777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</w:tcPr>
          <w:p w14:paraId="1E6AC06A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</w:tcPr>
          <w:p w14:paraId="0064590F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</w:tcPr>
          <w:p w14:paraId="24B950EB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Em revisão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</w:tcPr>
          <w:p w14:paraId="74621140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Em desenvolvimento</w:t>
            </w:r>
          </w:p>
        </w:tc>
      </w:tr>
    </w:tbl>
    <w:p w14:paraId="40414ACE" w14:textId="77777777" w:rsidR="00FC0811" w:rsidRDefault="00000000">
      <w:pPr>
        <w:pStyle w:val="Ttulo1"/>
        <w:pBdr>
          <w:bottom w:val="single" w:sz="6" w:space="2" w:color="B7B7B7"/>
        </w:pBdr>
      </w:pPr>
      <w:r>
        <w:t>3. INEDITISMO, PUBLICAÇÃO ANTERIOR E DIREITOS</w:t>
      </w:r>
    </w:p>
    <w:p w14:paraId="23DFA16C" w14:textId="77777777" w:rsidR="00FC0811" w:rsidRDefault="00000000">
      <w:pPr>
        <w:pStyle w:val="Field"/>
      </w:pPr>
      <w:r w:rsidRPr="0068168A">
        <w:rPr>
          <w:b/>
          <w:lang w:val="pt-BR"/>
        </w:rPr>
        <w:t>Este original já foi publicado, disponibilizado, comercializado ou distribuído anteriormente?</w:t>
      </w:r>
      <w:r w:rsidRPr="0068168A">
        <w:rPr>
          <w:lang w:val="pt-BR"/>
        </w:rPr>
        <w:t xml:space="preserve"> </w:t>
      </w:r>
      <w:r>
        <w:t>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7BCD9B3A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54064E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Não, é inédito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26AF1DE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Sim, em formato impresso</w:t>
            </w:r>
          </w:p>
        </w:tc>
      </w:tr>
      <w:tr w:rsidR="00FC0811" w14:paraId="578520E9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19C8E826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Sim, como e-book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B7EB8D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Sim, em EPUB</w:t>
            </w:r>
          </w:p>
        </w:tc>
      </w:tr>
      <w:tr w:rsidR="00FC0811" w14:paraId="44394D4E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94C7592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>Sim, em Kindle/</w:t>
            </w:r>
            <w:proofErr w:type="spellStart"/>
            <w:r w:rsidRPr="0068168A">
              <w:rPr>
                <w:lang w:val="pt-BR"/>
              </w:rPr>
              <w:t>KDP</w:t>
            </w:r>
            <w:proofErr w:type="spellEnd"/>
            <w:r w:rsidRPr="0068168A">
              <w:rPr>
                <w:lang w:val="pt-BR"/>
              </w:rPr>
              <w:t>/</w:t>
            </w:r>
            <w:proofErr w:type="spellStart"/>
            <w:r w:rsidRPr="0068168A">
              <w:rPr>
                <w:lang w:val="pt-BR"/>
              </w:rPr>
              <w:t>Amazon</w:t>
            </w:r>
            <w:proofErr w:type="spellEnd"/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75471D3B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 xml:space="preserve">Sim, </w:t>
            </w:r>
            <w:proofErr w:type="spellStart"/>
            <w:r>
              <w:t>em</w:t>
            </w:r>
            <w:proofErr w:type="spellEnd"/>
            <w:r>
              <w:t xml:space="preserve"> PDF</w:t>
            </w:r>
          </w:p>
        </w:tc>
      </w:tr>
      <w:tr w:rsidR="00FC0811" w:rsidRPr="0068168A" w14:paraId="64820C5C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557805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Sim, em plataforma independente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8E2EBEF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 xml:space="preserve">Sim, em site, blog, </w:t>
            </w:r>
            <w:proofErr w:type="spellStart"/>
            <w:r w:rsidRPr="0068168A">
              <w:rPr>
                <w:lang w:val="pt-BR"/>
              </w:rPr>
              <w:t>Wattpad</w:t>
            </w:r>
            <w:proofErr w:type="spellEnd"/>
            <w:r w:rsidRPr="0068168A">
              <w:rPr>
                <w:lang w:val="pt-BR"/>
              </w:rPr>
              <w:t xml:space="preserve"> ou rede social</w:t>
            </w:r>
          </w:p>
        </w:tc>
      </w:tr>
      <w:tr w:rsidR="00FC0811" w14:paraId="4A1D834B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C210BC6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 xml:space="preserve">Sim, </w:t>
            </w:r>
            <w:proofErr w:type="spellStart"/>
            <w:r>
              <w:t>em</w:t>
            </w:r>
            <w:proofErr w:type="spellEnd"/>
            <w:r>
              <w:t xml:space="preserve"> </w:t>
            </w:r>
            <w:proofErr w:type="spellStart"/>
            <w:r>
              <w:t>outra</w:t>
            </w:r>
            <w:proofErr w:type="spellEnd"/>
            <w:r>
              <w:t xml:space="preserve"> forma: ________________________________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ACD896A" w14:textId="77777777" w:rsidR="00FC0811" w:rsidRDefault="00FC0811">
            <w:pPr>
              <w:spacing w:after="40"/>
            </w:pPr>
          </w:p>
        </w:tc>
      </w:tr>
    </w:tbl>
    <w:p w14:paraId="6942C1A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Caso tenha respondido sim, informe onde, quando, em qual formato e se houve venda ou distribuição gratuita:</w:t>
      </w:r>
    </w:p>
    <w:p w14:paraId="187B0253" w14:textId="77777777" w:rsidR="0068168A" w:rsidRDefault="0068168A">
      <w:pPr>
        <w:pStyle w:val="Field"/>
        <w:rPr>
          <w:b/>
          <w:lang w:val="pt-BR"/>
        </w:rPr>
      </w:pPr>
    </w:p>
    <w:p w14:paraId="038ADC0C" w14:textId="687981F2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A obra ainda está disponível para venda, leitura, assinatura, download ou acesso público?</w:t>
      </w:r>
      <w:r w:rsidRPr="0068168A">
        <w:rPr>
          <w:lang w:val="pt-BR"/>
        </w:rPr>
        <w:t xml:space="preserve"> 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00"/>
        <w:gridCol w:w="3400"/>
        <w:gridCol w:w="3400"/>
      </w:tblGrid>
      <w:tr w:rsidR="00FC0811" w14:paraId="70D9FC5B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01285DD4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04A43A9A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2B68DC59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 sei informar</w:t>
            </w:r>
          </w:p>
        </w:tc>
      </w:tr>
    </w:tbl>
    <w:p w14:paraId="75B32E8C" w14:textId="77777777" w:rsidR="00FC0811" w:rsidRDefault="00000000">
      <w:pPr>
        <w:pStyle w:val="Field"/>
      </w:pPr>
      <w:r>
        <w:rPr>
          <w:b/>
        </w:rPr>
        <w:t>A obra possui ISBN?</w:t>
      </w:r>
      <w:r>
        <w:t xml:space="preserve"> 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00"/>
        <w:gridCol w:w="3400"/>
        <w:gridCol w:w="3400"/>
      </w:tblGrid>
      <w:tr w:rsidR="00FC0811" w14:paraId="12794D42" w14:textId="77777777"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760DA046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03CAA188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14:paraId="0FA39AE0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 sei informar</w:t>
            </w:r>
          </w:p>
        </w:tc>
      </w:tr>
    </w:tbl>
    <w:p w14:paraId="52959433" w14:textId="77777777" w:rsidR="00FC0811" w:rsidRDefault="00000000">
      <w:pPr>
        <w:pStyle w:val="Field"/>
      </w:pPr>
      <w:r w:rsidRPr="0068168A">
        <w:rPr>
          <w:b/>
          <w:lang w:val="pt-BR"/>
        </w:rPr>
        <w:t>A obra possui contrato ativo com outra editora, selo, plataforma, agente literário ou prestador editorial?</w:t>
      </w:r>
      <w:r w:rsidRPr="0068168A">
        <w:rPr>
          <w:lang w:val="pt-BR"/>
        </w:rPr>
        <w:t xml:space="preserve"> </w:t>
      </w:r>
      <w:r>
        <w:t>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70775800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F633D58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Sim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2D354A7D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Não</w:t>
            </w:r>
          </w:p>
        </w:tc>
      </w:tr>
    </w:tbl>
    <w:p w14:paraId="2D77F9DA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Se sim, explique brevemente a natureza do vínculo e se há cessão, exclusividade ou prazo vigente:</w:t>
      </w:r>
    </w:p>
    <w:p w14:paraId="2F8DDE79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4. ESTÁGIO EDITORIAL E PREPARAÇÃO DO TEXTO</w:t>
      </w:r>
    </w:p>
    <w:p w14:paraId="709CA684" w14:textId="77777777" w:rsidR="00FC0811" w:rsidRDefault="00000000">
      <w:pPr>
        <w:pStyle w:val="Field"/>
      </w:pPr>
      <w:r w:rsidRPr="0068168A">
        <w:rPr>
          <w:b/>
          <w:lang w:val="pt-BR"/>
        </w:rPr>
        <w:t>A obra passou por leitura crítica, preparação, revisão profissional ou processo equivalente?</w:t>
      </w:r>
      <w:r w:rsidRPr="0068168A">
        <w:rPr>
          <w:lang w:val="pt-BR"/>
        </w:rPr>
        <w:t xml:space="preserve"> </w:t>
      </w:r>
      <w:r>
        <w:t>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0"/>
        <w:gridCol w:w="5100"/>
      </w:tblGrid>
      <w:tr w:rsidR="00FC0811" w14:paraId="2292613B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44ACF8A2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lastRenderedPageBreak/>
              <w:t xml:space="preserve">☐ </w:t>
            </w:r>
            <w:r>
              <w:t>Leitura crítica profissional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ACB413C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Preparação de texto</w:t>
            </w:r>
          </w:p>
        </w:tc>
      </w:tr>
      <w:tr w:rsidR="00FC0811" w:rsidRPr="0068168A" w14:paraId="5E4CB644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4A8E461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Revisão ortográfica e gramatical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E4E562C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 xml:space="preserve">Beta </w:t>
            </w:r>
            <w:proofErr w:type="spellStart"/>
            <w:r w:rsidRPr="0068168A">
              <w:rPr>
                <w:lang w:val="pt-BR"/>
              </w:rPr>
              <w:t>readers</w:t>
            </w:r>
            <w:proofErr w:type="spellEnd"/>
            <w:r w:rsidRPr="0068168A">
              <w:rPr>
                <w:lang w:val="pt-BR"/>
              </w:rPr>
              <w:t xml:space="preserve"> ou leitores-teste</w:t>
            </w:r>
          </w:p>
        </w:tc>
      </w:tr>
      <w:tr w:rsidR="00FC0811" w14:paraId="0195742A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3FF93834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>Revisão feita pelo próprio autor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6EDF323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proofErr w:type="spellStart"/>
            <w:r>
              <w:t>Apoio</w:t>
            </w:r>
            <w:proofErr w:type="spellEnd"/>
            <w:r>
              <w:t xml:space="preserve"> de IA generativa</w:t>
            </w:r>
          </w:p>
        </w:tc>
      </w:tr>
      <w:tr w:rsidR="00FC0811" w14:paraId="05C33C9A" w14:textId="77777777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5D9618B1" w14:textId="77777777" w:rsidR="00FC0811" w:rsidRPr="0068168A" w:rsidRDefault="00000000">
            <w:pPr>
              <w:pStyle w:val="Field"/>
              <w:spacing w:after="40"/>
              <w:rPr>
                <w:lang w:val="pt-BR"/>
              </w:rPr>
            </w:pPr>
            <w:r w:rsidRPr="0068168A">
              <w:rPr>
                <w:rFonts w:ascii="Segoe UI Symbol" w:eastAsia="Segoe UI Symbol" w:hAnsi="Segoe UI Symbol"/>
                <w:lang w:val="pt-BR"/>
              </w:rPr>
              <w:t xml:space="preserve">☐ </w:t>
            </w:r>
            <w:r w:rsidRPr="0068168A">
              <w:rPr>
                <w:lang w:val="pt-BR"/>
              </w:rPr>
              <w:t>Não passou por leitura crítica ou revisão profissional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14:paraId="623E294C" w14:textId="77777777" w:rsidR="00FC0811" w:rsidRDefault="00000000">
            <w:pPr>
              <w:pStyle w:val="Field"/>
              <w:spacing w:after="40"/>
            </w:pPr>
            <w:r>
              <w:rPr>
                <w:rFonts w:ascii="Segoe UI Symbol" w:eastAsia="Segoe UI Symbol" w:hAnsi="Segoe UI Symbol"/>
              </w:rPr>
              <w:t xml:space="preserve">☐ </w:t>
            </w:r>
            <w:r>
              <w:t>Outro: ________________________________</w:t>
            </w:r>
          </w:p>
        </w:tc>
      </w:tr>
    </w:tbl>
    <w:p w14:paraId="3D3B3D18" w14:textId="77777777" w:rsidR="0068168A" w:rsidRDefault="0068168A">
      <w:pPr>
        <w:pStyle w:val="Instruction"/>
        <w:rPr>
          <w:lang w:val="pt-BR"/>
        </w:rPr>
      </w:pPr>
    </w:p>
    <w:p w14:paraId="1CE7CB62" w14:textId="791BA690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5. SÍNTESE OBJETIVA DA OBRA</w:t>
      </w:r>
    </w:p>
    <w:p w14:paraId="03723C02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Apresente a obra em até 10 linhas. Para romances, novelas ou thrillers, explique quem conduz a narrativa, qual é o conflito principal e qual transformação, investigação, ameaça ou tensão move a história. Para antologias ou coletâneas, explique qual eixo temático, emocional ou narrativo une os textos.</w:t>
      </w:r>
    </w:p>
    <w:p w14:paraId="21815160" w14:textId="77777777" w:rsidR="0068168A" w:rsidRDefault="0068168A" w:rsidP="0068168A">
      <w:pPr>
        <w:rPr>
          <w:lang w:val="pt-BR"/>
        </w:rPr>
      </w:pPr>
    </w:p>
    <w:p w14:paraId="0C00DC85" w14:textId="670AB9A8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6. TENSÃO PRINCIPAL E O QUE ESTÁ EM JOGO</w:t>
      </w:r>
    </w:p>
    <w:p w14:paraId="181888ED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Esta seção não deve repetir a sinopse. Explique o núcleo de pressão da obra.</w:t>
      </w:r>
    </w:p>
    <w:p w14:paraId="00499ED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Para narrativas longas: o que o protagonista quer, o que o impede e o que ele pode perder.</w:t>
      </w:r>
    </w:p>
    <w:p w14:paraId="235EDD5F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Para antologias ou coletâneas: qual tensão se repete ao longo dos textos e que inquietação une as narrativas.</w:t>
      </w:r>
    </w:p>
    <w:p w14:paraId="095F3B6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Evite abstrações genéricas. Indique o risco emocional, moral, psicológico, social ou concreto que sustenta a leitura.</w:t>
      </w:r>
    </w:p>
    <w:p w14:paraId="42C051B1" w14:textId="77777777" w:rsidR="0068168A" w:rsidRDefault="0068168A" w:rsidP="0068168A">
      <w:pPr>
        <w:rPr>
          <w:lang w:val="pt-BR"/>
        </w:rPr>
      </w:pPr>
    </w:p>
    <w:p w14:paraId="76BD6714" w14:textId="6DC1E6CE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7. PERSONAGENS, VOZES OU ESTRUTURA</w:t>
      </w:r>
    </w:p>
    <w:p w14:paraId="5B285BEE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Explique brevemente como a obra está organizada.</w:t>
      </w:r>
    </w:p>
    <w:p w14:paraId="365BA86E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Para romances, novelas ou thrillers: quem são os personagens centrais, qual é a relação de conflito entre eles, qual é o tipo de narrador e se a narrativa é linear, fragmentada ou alternada.</w:t>
      </w:r>
    </w:p>
    <w:p w14:paraId="75595E2C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Para antologias ou coletâneas: informe se os textos são independentes ou conectados, e se existe recorrência de personagens, temas, ambientes, símbolos, linguagem ou atmosfera.</w:t>
      </w:r>
    </w:p>
    <w:p w14:paraId="0CDD18F9" w14:textId="77777777" w:rsidR="0068168A" w:rsidRDefault="0068168A" w:rsidP="0068168A">
      <w:pPr>
        <w:rPr>
          <w:lang w:val="pt-BR"/>
        </w:rPr>
      </w:pPr>
    </w:p>
    <w:p w14:paraId="628A276D" w14:textId="1913CED1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8. EXPERIÊNCIA DE LEITURA</w:t>
      </w:r>
    </w:p>
    <w:p w14:paraId="69177BB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Complete a frase de forma objetiva.</w:t>
      </w:r>
    </w:p>
    <w:p w14:paraId="44F192F0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Ao ler este livro, o leitor encontrará principalmente uma experiência de:</w:t>
      </w:r>
      <w:r w:rsidRPr="0068168A">
        <w:rPr>
          <w:lang w:val="pt-BR"/>
        </w:rPr>
        <w:t xml:space="preserve"> ______________________________________________________________________</w:t>
      </w:r>
    </w:p>
    <w:p w14:paraId="029EE645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Exemplos: tensão psicológica, desconforto moral, investigação íntima, suspense progressivo, drama familiar, erotismo adulto, crítica social, perda, desejo, culpa, ambição, paranoia, poder.</w:t>
      </w:r>
    </w:p>
    <w:p w14:paraId="47E11028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9. DIFERENCIAL CONCRETO DA OBRA</w:t>
      </w:r>
    </w:p>
    <w:p w14:paraId="20359A10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Explique o que torna esta obra particular. Evite afirmar apenas que o livro é original, impactante, emocionante ou necessário. Descreva o mecanismo narrativo, estético, psicológico ou estrutural que diferencia a obra.</w:t>
      </w:r>
    </w:p>
    <w:p w14:paraId="43640EE3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Exemplo de resposta mais concreta: A narrativa alterna entre diário íntimo e laudo psiquiátrico, sem revelar de imediato qual dos dois registros é confiável, fazendo o leitor reconstruir a verdade a partir de contradições.</w:t>
      </w:r>
    </w:p>
    <w:p w14:paraId="364AB25E" w14:textId="77777777" w:rsidR="0068168A" w:rsidRDefault="0068168A" w:rsidP="0068168A">
      <w:pPr>
        <w:rPr>
          <w:lang w:val="pt-BR"/>
        </w:rPr>
      </w:pPr>
    </w:p>
    <w:p w14:paraId="3103B5EA" w14:textId="4214E2B9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10. POR QUE ESTA HISTÓRIA AGORA?</w:t>
      </w:r>
    </w:p>
    <w:p w14:paraId="76669A16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Explique a relevância da obra no contexto atual.</w:t>
      </w:r>
    </w:p>
    <w:p w14:paraId="59323427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lastRenderedPageBreak/>
        <w:t>• Que inquietação contemporânea a obra aborda?</w:t>
      </w:r>
    </w:p>
    <w:p w14:paraId="7607A73D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Que pergunta você espera que permaneça com o leitor após o fim da leitura?</w:t>
      </w:r>
    </w:p>
    <w:p w14:paraId="1EA7BEA8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Por que este livro pode dialogar com o catálogo da Editora Neve Preta?</w:t>
      </w:r>
    </w:p>
    <w:p w14:paraId="156CE53F" w14:textId="77777777" w:rsidR="0068168A" w:rsidRDefault="0068168A" w:rsidP="0068168A">
      <w:pPr>
        <w:rPr>
          <w:lang w:val="pt-BR"/>
        </w:rPr>
      </w:pPr>
    </w:p>
    <w:p w14:paraId="7820F1F7" w14:textId="47CCC34B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11. REFERÊNCIAS E POSICIONAMENTO EDITORIAL</w:t>
      </w:r>
    </w:p>
    <w:p w14:paraId="22EF75E3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Indique referências que ajudem a compreender o universo, o tom e o público pretendido. Não se trata de comparação de qualidade.</w:t>
      </w:r>
    </w:p>
    <w:p w14:paraId="07D7B842" w14:textId="19459DA8" w:rsidR="00FC0811" w:rsidRDefault="00000000" w:rsidP="0068168A">
      <w:pPr>
        <w:pStyle w:val="Field"/>
        <w:rPr>
          <w:lang w:val="pt-BR"/>
        </w:rPr>
      </w:pPr>
      <w:r w:rsidRPr="0068168A">
        <w:rPr>
          <w:b/>
          <w:lang w:val="pt-BR"/>
        </w:rPr>
        <w:t>Cite até 3 referências de tom, linguagem ou atmosfera:</w:t>
      </w:r>
      <w:r w:rsidRPr="0068168A">
        <w:rPr>
          <w:lang w:val="pt-BR"/>
        </w:rPr>
        <w:t xml:space="preserve"> </w:t>
      </w:r>
    </w:p>
    <w:p w14:paraId="7896DC2B" w14:textId="77777777" w:rsidR="0068168A" w:rsidRDefault="0068168A" w:rsidP="0068168A">
      <w:pPr>
        <w:pStyle w:val="Field"/>
        <w:rPr>
          <w:lang w:val="pt-BR"/>
        </w:rPr>
      </w:pPr>
    </w:p>
    <w:p w14:paraId="79C46FC0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12. INFORMAÇÕES EDITORIAIS ADICIONAIS INDISPENSÁVEIS</w:t>
      </w:r>
    </w:p>
    <w:p w14:paraId="0000064D" w14:textId="77777777" w:rsidR="00FC0811" w:rsidRDefault="00000000">
      <w:pPr>
        <w:pStyle w:val="Instruction"/>
        <w:rPr>
          <w:lang w:val="pt-BR"/>
        </w:rPr>
      </w:pPr>
      <w:r w:rsidRPr="0068168A">
        <w:rPr>
          <w:lang w:val="pt-BR"/>
        </w:rPr>
        <w:t>Use este espaço apenas para informação relevante que não caiba nas seções anteriores. Não utilize este campo para repetir sinopse, justificar respostas vagas ou anexar apresentação promocional. Máximo de 5 linhas.</w:t>
      </w:r>
    </w:p>
    <w:p w14:paraId="7466EC87" w14:textId="77777777" w:rsidR="0068168A" w:rsidRDefault="0068168A">
      <w:pPr>
        <w:pStyle w:val="Instruction"/>
        <w:rPr>
          <w:lang w:val="pt-BR"/>
        </w:rPr>
      </w:pPr>
    </w:p>
    <w:p w14:paraId="392AE7A2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13. DECLARAÇÃO DE CIÊNCIA E RESPONSABILIDADE</w:t>
      </w:r>
    </w:p>
    <w:p w14:paraId="3E04F5D0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Ao enviar este formulário, o autor declara estar ciente de que:</w:t>
      </w:r>
    </w:p>
    <w:p w14:paraId="5F56FCBC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submissão deve corresponder a um único original por vez.</w:t>
      </w:r>
    </w:p>
    <w:p w14:paraId="272A9FC6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Cada original exige o preenchimento de um formulário próprio.</w:t>
      </w:r>
    </w:p>
    <w:p w14:paraId="294042DA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submissão simultânea de múltiplas obras poderá impedir a análise editorial.</w:t>
      </w:r>
    </w:p>
    <w:p w14:paraId="21516975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submissão não garante leitura integral da obra.</w:t>
      </w:r>
    </w:p>
    <w:p w14:paraId="4B477330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submissão não garante avaliação crítica detalhada, parecer editorial completo ou publicação.</w:t>
      </w:r>
    </w:p>
    <w:p w14:paraId="0F1ACF6F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Editora Neve Preta trabalha com catálogo curado e número reduzido de lançamentos.</w:t>
      </w:r>
    </w:p>
    <w:p w14:paraId="12948462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eventual não seleção da obra não representa juízo definitivo sobre sua qualidade literária, importância temática ou valor autoral.</w:t>
      </w:r>
    </w:p>
    <w:p w14:paraId="66A759C6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A editora poderá recusar obras que não estejam alinhadas ao momento editorial, comercial ou estratégico da casa.</w:t>
      </w:r>
    </w:p>
    <w:p w14:paraId="3D2BE748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O autor declara que as informações prestadas sobre autoria, publicação anterior, disponibilidade comercial, uso de IA, vínculo contratual e titularidade de direitos são verdadeiras.</w:t>
      </w:r>
    </w:p>
    <w:p w14:paraId="585493A4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• O autor declara possuir autorização e direitos necessários para submeter a obra à avaliação editorial.</w:t>
      </w:r>
    </w:p>
    <w:p w14:paraId="3FB0D64A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Nome do autor:</w:t>
      </w:r>
      <w:r w:rsidRPr="0068168A">
        <w:rPr>
          <w:lang w:val="pt-BR"/>
        </w:rPr>
        <w:t xml:space="preserve"> ______________________________________________________________________</w:t>
      </w:r>
    </w:p>
    <w:p w14:paraId="7E19BB4E" w14:textId="77777777" w:rsidR="00FC0811" w:rsidRPr="0068168A" w:rsidRDefault="00000000">
      <w:pPr>
        <w:pStyle w:val="Field"/>
        <w:rPr>
          <w:lang w:val="pt-BR"/>
        </w:rPr>
      </w:pPr>
      <w:r w:rsidRPr="0068168A">
        <w:rPr>
          <w:b/>
          <w:lang w:val="pt-BR"/>
        </w:rPr>
        <w:t>Data:</w:t>
      </w:r>
      <w:r w:rsidRPr="0068168A">
        <w:rPr>
          <w:lang w:val="pt-BR"/>
        </w:rPr>
        <w:t xml:space="preserve"> ______________________________________________________________________</w:t>
      </w:r>
    </w:p>
    <w:p w14:paraId="3C33AB27" w14:textId="77777777" w:rsidR="00FC0811" w:rsidRPr="0068168A" w:rsidRDefault="00000000">
      <w:pPr>
        <w:pStyle w:val="Ttulo1"/>
        <w:pBdr>
          <w:bottom w:val="single" w:sz="6" w:space="2" w:color="B7B7B7"/>
        </w:pBdr>
        <w:rPr>
          <w:lang w:val="pt-BR"/>
        </w:rPr>
      </w:pPr>
      <w:r w:rsidRPr="0068168A">
        <w:rPr>
          <w:lang w:val="pt-BR"/>
        </w:rPr>
        <w:t>OBSERVAÇÃO FINAL DA EDITORA</w:t>
      </w:r>
    </w:p>
    <w:p w14:paraId="2539CEE9" w14:textId="77777777" w:rsidR="00FC0811" w:rsidRPr="0068168A" w:rsidRDefault="00000000">
      <w:pPr>
        <w:pStyle w:val="Instruction"/>
        <w:rPr>
          <w:lang w:val="pt-BR"/>
        </w:rPr>
      </w:pPr>
      <w:r w:rsidRPr="0068168A">
        <w:rPr>
          <w:lang w:val="pt-BR"/>
        </w:rPr>
        <w:t>A Editora Neve Preta é uma casa editorial brasileira dedicada à publicação de ficção literária, thrillers psicológicos, suspense contemporâneo e narrativas adultas de alta intensidade emocional, moral e estética.</w:t>
      </w:r>
    </w:p>
    <w:sectPr w:rsidR="00FC0811" w:rsidRPr="0068168A" w:rsidSect="00034616">
      <w:headerReference w:type="default" r:id="rId8"/>
      <w:footerReference w:type="default" r:id="rId9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9FC89" w14:textId="77777777" w:rsidR="0059601E" w:rsidRDefault="0059601E">
      <w:pPr>
        <w:spacing w:after="0" w:line="240" w:lineRule="auto"/>
      </w:pPr>
      <w:r>
        <w:separator/>
      </w:r>
    </w:p>
  </w:endnote>
  <w:endnote w:type="continuationSeparator" w:id="0">
    <w:p w14:paraId="34FFB4FD" w14:textId="77777777" w:rsidR="0059601E" w:rsidRDefault="00596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3098B" w14:textId="77777777" w:rsidR="00FC0811" w:rsidRPr="0068168A" w:rsidRDefault="00000000">
    <w:pPr>
      <w:pStyle w:val="Small"/>
      <w:jc w:val="center"/>
      <w:rPr>
        <w:lang w:val="pt-BR"/>
      </w:rPr>
    </w:pPr>
    <w:r w:rsidRPr="0068168A">
      <w:rPr>
        <w:lang w:val="pt-BR"/>
      </w:rPr>
      <w:t>Documento de triagem editorial inicial. A submissão não implica leitura integral, avaliação crítica detalhada ou publicação.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398BC" w14:textId="77777777" w:rsidR="0059601E" w:rsidRDefault="0059601E">
      <w:pPr>
        <w:spacing w:after="0" w:line="240" w:lineRule="auto"/>
      </w:pPr>
      <w:r>
        <w:separator/>
      </w:r>
    </w:p>
  </w:footnote>
  <w:footnote w:type="continuationSeparator" w:id="0">
    <w:p w14:paraId="097A4AC0" w14:textId="77777777" w:rsidR="0059601E" w:rsidRDefault="00596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8A726" w14:textId="77777777" w:rsidR="00FC0811" w:rsidRPr="0068168A" w:rsidRDefault="00000000">
    <w:pPr>
      <w:pStyle w:val="Small"/>
      <w:jc w:val="center"/>
      <w:rPr>
        <w:lang w:val="pt-BR"/>
      </w:rPr>
    </w:pPr>
    <w:r w:rsidRPr="0068168A">
      <w:rPr>
        <w:lang w:val="pt-BR"/>
      </w:rPr>
      <w:t>EDITORA NEVE PRETA | FORMULÁRIO DE APRESENTAÇÃO DE ORIGINAIS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76662449">
    <w:abstractNumId w:val="8"/>
  </w:num>
  <w:num w:numId="2" w16cid:durableId="841506781">
    <w:abstractNumId w:val="6"/>
  </w:num>
  <w:num w:numId="3" w16cid:durableId="1350448548">
    <w:abstractNumId w:val="5"/>
  </w:num>
  <w:num w:numId="4" w16cid:durableId="700934311">
    <w:abstractNumId w:val="4"/>
  </w:num>
  <w:num w:numId="5" w16cid:durableId="919288259">
    <w:abstractNumId w:val="7"/>
  </w:num>
  <w:num w:numId="6" w16cid:durableId="1558275382">
    <w:abstractNumId w:val="3"/>
  </w:num>
  <w:num w:numId="7" w16cid:durableId="587924551">
    <w:abstractNumId w:val="2"/>
  </w:num>
  <w:num w:numId="8" w16cid:durableId="415172344">
    <w:abstractNumId w:val="1"/>
  </w:num>
  <w:num w:numId="9" w16cid:durableId="1962489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76DB8"/>
    <w:rsid w:val="0029639D"/>
    <w:rsid w:val="00326F90"/>
    <w:rsid w:val="0059601E"/>
    <w:rsid w:val="0068168A"/>
    <w:rsid w:val="00AA1D8D"/>
    <w:rsid w:val="00B47730"/>
    <w:rsid w:val="00CB0664"/>
    <w:rsid w:val="00FC081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EA143"/>
  <w14:defaultImageDpi w14:val="300"/>
  <w15:docId w15:val="{55EA85D7-ABE8-4681-9394-5AD298C3D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100" w:line="259" w:lineRule="auto"/>
    </w:pPr>
    <w:rPr>
      <w:rFonts w:ascii="Arial" w:eastAsia="Arial" w:hAnsi="Arial"/>
      <w:color w:val="141414"/>
      <w:sz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000000"/>
      <w:sz w:val="26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color w:val="000000"/>
      <w:sz w:val="22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120" w:after="4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80" w:line="240" w:lineRule="auto"/>
      <w:contextualSpacing/>
    </w:pPr>
    <w:rPr>
      <w:rFonts w:asciiTheme="majorHAnsi" w:eastAsiaTheme="majorEastAsia" w:hAnsiTheme="majorHAnsi" w:cstheme="majorBidi"/>
      <w:b/>
      <w:color w:val="000000"/>
      <w:spacing w:val="5"/>
      <w:kern w:val="28"/>
      <w:sz w:val="40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mall">
    <w:name w:val="Small"/>
    <w:rPr>
      <w:rFonts w:ascii="Arial" w:eastAsia="Arial" w:hAnsi="Arial"/>
      <w:color w:val="5A5A5A"/>
      <w:sz w:val="16"/>
    </w:rPr>
  </w:style>
  <w:style w:type="paragraph" w:customStyle="1" w:styleId="Instruction">
    <w:name w:val="Instruction"/>
    <w:pPr>
      <w:spacing w:after="80"/>
    </w:pPr>
    <w:rPr>
      <w:rFonts w:ascii="Arial" w:eastAsia="Arial" w:hAnsi="Arial"/>
      <w:color w:val="464646"/>
      <w:sz w:val="18"/>
    </w:rPr>
  </w:style>
  <w:style w:type="paragraph" w:customStyle="1" w:styleId="Field">
    <w:name w:val="Field"/>
    <w:pPr>
      <w:spacing w:after="120"/>
    </w:pPr>
    <w:rPr>
      <w:rFonts w:ascii="Arial" w:eastAsia="Arial" w:hAnsi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1734</Words>
  <Characters>9367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LEONARDO NASCIMENTO SANTIAGO</cp:lastModifiedBy>
  <cp:revision>2</cp:revision>
  <dcterms:created xsi:type="dcterms:W3CDTF">2026-05-15T21:08:00Z</dcterms:created>
  <dcterms:modified xsi:type="dcterms:W3CDTF">2026-05-15T21:08:00Z</dcterms:modified>
  <cp:category/>
</cp:coreProperties>
</file>